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D308A1" w14:textId="02014762" w:rsidR="00120F6C" w:rsidRPr="00770DB8" w:rsidRDefault="00000000" w:rsidP="00770DB8">
      <w:pPr>
        <w:pStyle w:val="Titolo1"/>
        <w:spacing w:before="0"/>
        <w:jc w:val="center"/>
        <w:rPr>
          <w:rFonts w:ascii="Times New Roman" w:hAnsi="Times New Roman" w:cs="Times New Roman"/>
          <w:color w:val="000000" w:themeColor="text1"/>
          <w:sz w:val="32"/>
          <w:szCs w:val="32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sz w:val="32"/>
          <w:szCs w:val="32"/>
          <w:lang w:val="it-IT"/>
        </w:rPr>
        <w:t xml:space="preserve">ALLEGATO </w:t>
      </w:r>
      <w:r w:rsidR="000101E2">
        <w:rPr>
          <w:rFonts w:ascii="Times New Roman" w:hAnsi="Times New Roman" w:cs="Times New Roman"/>
          <w:color w:val="000000" w:themeColor="text1"/>
          <w:sz w:val="32"/>
          <w:szCs w:val="32"/>
          <w:lang w:val="it-IT"/>
        </w:rPr>
        <w:t>1</w:t>
      </w:r>
    </w:p>
    <w:p w14:paraId="25B0BEF6" w14:textId="77777777" w:rsidR="00770DB8" w:rsidRDefault="00000000" w:rsidP="00770DB8">
      <w:pPr>
        <w:pStyle w:val="Titolo2"/>
        <w:spacing w:before="0"/>
        <w:jc w:val="center"/>
        <w:rPr>
          <w:rFonts w:ascii="Times New Roman" w:hAnsi="Times New Roman" w:cs="Times New Roman"/>
          <w:color w:val="000000" w:themeColor="text1"/>
          <w:sz w:val="32"/>
          <w:szCs w:val="32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sz w:val="32"/>
          <w:szCs w:val="32"/>
          <w:lang w:val="it-IT"/>
        </w:rPr>
        <w:t>DOMANDA DI PARTECIPAZIONE AI PERCORSI SOCIO-EDUCATIVI DI POTENZIAMENTO SCOLASTICO GRATUITI</w:t>
      </w:r>
    </w:p>
    <w:p w14:paraId="3DD5AFE6" w14:textId="03D53722" w:rsidR="00120F6C" w:rsidRPr="00770DB8" w:rsidRDefault="00000000" w:rsidP="00770DB8">
      <w:pPr>
        <w:pStyle w:val="Titolo2"/>
        <w:spacing w:before="0"/>
        <w:jc w:val="center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sz w:val="32"/>
          <w:szCs w:val="32"/>
          <w:lang w:val="it-IT"/>
        </w:rPr>
        <w:t>QSFP 2020</w:t>
      </w:r>
      <w:r w:rsidR="00770DB8">
        <w:rPr>
          <w:rFonts w:ascii="Times New Roman" w:hAnsi="Times New Roman" w:cs="Times New Roman"/>
          <w:color w:val="000000" w:themeColor="text1"/>
          <w:sz w:val="32"/>
          <w:szCs w:val="32"/>
          <w:lang w:val="it-IT"/>
        </w:rPr>
        <w:t xml:space="preserve"> - </w:t>
      </w:r>
      <w:r w:rsidRPr="00770DB8">
        <w:rPr>
          <w:rFonts w:ascii="Times New Roman" w:hAnsi="Times New Roman" w:cs="Times New Roman"/>
          <w:color w:val="000000" w:themeColor="text1"/>
          <w:sz w:val="32"/>
          <w:szCs w:val="32"/>
          <w:lang w:val="it-IT"/>
        </w:rPr>
        <w:t>CUP F81H20000150001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br/>
      </w:r>
    </w:p>
    <w:p w14:paraId="4BEFA2BF" w14:textId="77777777" w:rsidR="00770DB8" w:rsidRDefault="00770DB8" w:rsidP="00770DB8">
      <w:pPr>
        <w:spacing w:after="0"/>
        <w:jc w:val="right"/>
        <w:rPr>
          <w:rFonts w:ascii="Times New Roman" w:hAnsi="Times New Roman" w:cs="Times New Roman"/>
          <w:color w:val="000000" w:themeColor="text1"/>
          <w:lang w:val="it-IT"/>
        </w:rPr>
      </w:pPr>
    </w:p>
    <w:p w14:paraId="31B5BECF" w14:textId="4219D725" w:rsidR="00770DB8" w:rsidRDefault="00000000" w:rsidP="00770DB8">
      <w:pPr>
        <w:spacing w:after="0"/>
        <w:jc w:val="right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Al Comune di 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____________________ </w:t>
      </w:r>
    </w:p>
    <w:p w14:paraId="49C9E12C" w14:textId="34B3E32E" w:rsidR="00120F6C" w:rsidRDefault="00000000" w:rsidP="00770DB8">
      <w:pPr>
        <w:spacing w:after="0"/>
        <w:jc w:val="right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(residenza del richiedente)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br/>
      </w:r>
    </w:p>
    <w:p w14:paraId="6D67479B" w14:textId="77777777" w:rsidR="00770DB8" w:rsidRDefault="00770DB8" w:rsidP="00770DB8">
      <w:pPr>
        <w:spacing w:after="0"/>
        <w:jc w:val="right"/>
        <w:rPr>
          <w:rFonts w:ascii="Times New Roman" w:hAnsi="Times New Roman" w:cs="Times New Roman"/>
          <w:color w:val="000000" w:themeColor="text1"/>
          <w:lang w:val="it-IT"/>
        </w:rPr>
      </w:pPr>
    </w:p>
    <w:p w14:paraId="752B128F" w14:textId="77777777" w:rsidR="00770DB8" w:rsidRPr="00770DB8" w:rsidRDefault="00770DB8" w:rsidP="00770DB8">
      <w:pPr>
        <w:spacing w:after="0"/>
        <w:jc w:val="right"/>
        <w:rPr>
          <w:rFonts w:ascii="Times New Roman" w:hAnsi="Times New Roman" w:cs="Times New Roman"/>
          <w:color w:val="000000" w:themeColor="text1"/>
          <w:lang w:val="it-IT"/>
        </w:rPr>
      </w:pPr>
    </w:p>
    <w:p w14:paraId="60D02DEC" w14:textId="77777777" w:rsidR="00120F6C" w:rsidRPr="00770DB8" w:rsidRDefault="00000000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1. DATI DEL RICHIEDENTE (genitore o tutore)</w:t>
      </w:r>
    </w:p>
    <w:p w14:paraId="5681A8DD" w14:textId="2F20B598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Cognome e nome: 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>___________________________</w:t>
      </w:r>
    </w:p>
    <w:p w14:paraId="3A135EEB" w14:textId="3E1C2AC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Codice fiscale: 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>_______________________________</w:t>
      </w:r>
    </w:p>
    <w:p w14:paraId="5F7A580A" w14:textId="7777777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Luogo e data di nascita: _________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______________________________________________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>________________</w:t>
      </w:r>
    </w:p>
    <w:p w14:paraId="7A0B699D" w14:textId="7777777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Residenza (via, n., Comune): ____________________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______________________________________________</w:t>
      </w:r>
    </w:p>
    <w:p w14:paraId="612F3266" w14:textId="5B249D2B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Telefono / E-mail: ______________________________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</w:t>
      </w:r>
    </w:p>
    <w:p w14:paraId="2D7EA7E1" w14:textId="0757A8D6" w:rsidR="00120F6C" w:rsidRP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Qualifica: </w:t>
      </w:r>
      <w:r w:rsidRPr="00770DB8">
        <w:rPr>
          <w:rFonts w:ascii="Segoe UI Symbol" w:hAnsi="Segoe UI Symbol" w:cs="Segoe UI Symbol"/>
          <w:color w:val="000000" w:themeColor="text1"/>
          <w:lang w:val="it-IT"/>
        </w:rPr>
        <w:t>☐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 </w:t>
      </w:r>
      <w:proofErr w:type="gramStart"/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Genitore  </w:t>
      </w:r>
      <w:r w:rsidRPr="00770DB8">
        <w:rPr>
          <w:rFonts w:ascii="Segoe UI Symbol" w:hAnsi="Segoe UI Symbol" w:cs="Segoe UI Symbol"/>
          <w:color w:val="000000" w:themeColor="text1"/>
          <w:lang w:val="it-IT"/>
        </w:rPr>
        <w:t>☐</w:t>
      </w:r>
      <w:proofErr w:type="gramEnd"/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 Tutore legale</w:t>
      </w:r>
    </w:p>
    <w:p w14:paraId="703E485C" w14:textId="77777777" w:rsidR="00770DB8" w:rsidRDefault="00770DB8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</w:p>
    <w:p w14:paraId="6EFB20DA" w14:textId="48F4BE88" w:rsidR="00120F6C" w:rsidRPr="00770DB8" w:rsidRDefault="00000000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2. DATI DEL MINORE</w:t>
      </w:r>
    </w:p>
    <w:p w14:paraId="20898E22" w14:textId="7777777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Cognome e nome: ________________________________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</w:t>
      </w:r>
    </w:p>
    <w:p w14:paraId="3EB765DC" w14:textId="7777777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Codice fiscale: _________________________________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</w:t>
      </w:r>
    </w:p>
    <w:p w14:paraId="0EA737A4" w14:textId="79114626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Luogo e data di nascita: _________________________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</w:t>
      </w:r>
    </w:p>
    <w:p w14:paraId="5CB6102B" w14:textId="7777777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Scuola frequentata e classe: _____________________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______________________________________________</w:t>
      </w:r>
    </w:p>
    <w:p w14:paraId="33283B4A" w14:textId="51446F23" w:rsidR="00120F6C" w:rsidRP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Istituto Comprensivo: ____________________________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</w:t>
      </w:r>
    </w:p>
    <w:p w14:paraId="4912144E" w14:textId="77777777" w:rsidR="00770DB8" w:rsidRDefault="00770DB8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</w:p>
    <w:p w14:paraId="29775589" w14:textId="49688062" w:rsidR="00120F6C" w:rsidRPr="00770DB8" w:rsidRDefault="00000000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3. CONDIZIONE ECONOMICA</w:t>
      </w:r>
    </w:p>
    <w:p w14:paraId="4D442035" w14:textId="4D49B18C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Valore ISEE: € 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>_________ (allegare copia)</w:t>
      </w:r>
    </w:p>
    <w:p w14:paraId="62191F77" w14:textId="3C275DBE" w:rsidR="00120F6C" w:rsidRP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Percettore Assegno di Inclusione (ADI): </w:t>
      </w:r>
      <w:r w:rsidRPr="00770DB8">
        <w:rPr>
          <w:rFonts w:ascii="Segoe UI Symbol" w:hAnsi="Segoe UI Symbol" w:cs="Segoe UI Symbol"/>
          <w:color w:val="000000" w:themeColor="text1"/>
          <w:lang w:val="it-IT"/>
        </w:rPr>
        <w:t>☐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 Sì </w:t>
      </w:r>
      <w:r w:rsidRPr="00770DB8">
        <w:rPr>
          <w:rFonts w:ascii="Segoe UI Symbol" w:hAnsi="Segoe UI Symbol" w:cs="Segoe UI Symbol"/>
          <w:color w:val="000000" w:themeColor="text1"/>
          <w:lang w:val="it-IT"/>
        </w:rPr>
        <w:t>☐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 No</w:t>
      </w:r>
    </w:p>
    <w:p w14:paraId="1FE313AE" w14:textId="77777777" w:rsidR="00770DB8" w:rsidRDefault="00770DB8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</w:p>
    <w:p w14:paraId="78D908FF" w14:textId="1F2D1749" w:rsidR="00120F6C" w:rsidRPr="00770DB8" w:rsidRDefault="00000000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4. COMPOSIZIONE DEL NUCLEO FAMILIARE</w:t>
      </w:r>
    </w:p>
    <w:p w14:paraId="393B06A3" w14:textId="792A221D" w:rsidR="00D00C40" w:rsidRP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Indicare tutti i componenti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 xml:space="preserve"> (compreso il richiedente in caso sia genitore)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>, età, parentela e condizione lavorativa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9"/>
        <w:gridCol w:w="1880"/>
        <w:gridCol w:w="440"/>
        <w:gridCol w:w="2360"/>
        <w:gridCol w:w="2756"/>
      </w:tblGrid>
      <w:tr w:rsidR="00770DB8" w:rsidRPr="00770DB8" w14:paraId="4875931D" w14:textId="77777777" w:rsidTr="00D00C4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87A798D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  <w:t>N.</w:t>
            </w:r>
          </w:p>
        </w:tc>
        <w:tc>
          <w:tcPr>
            <w:tcW w:w="0" w:type="auto"/>
            <w:vAlign w:val="center"/>
            <w:hideMark/>
          </w:tcPr>
          <w:p w14:paraId="7D95E3FF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  <w:t>Cognome e Nome</w:t>
            </w:r>
          </w:p>
        </w:tc>
        <w:tc>
          <w:tcPr>
            <w:tcW w:w="0" w:type="auto"/>
            <w:vAlign w:val="center"/>
            <w:hideMark/>
          </w:tcPr>
          <w:p w14:paraId="7A589C4D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  <w:t>Età</w:t>
            </w:r>
          </w:p>
        </w:tc>
        <w:tc>
          <w:tcPr>
            <w:tcW w:w="0" w:type="auto"/>
            <w:vAlign w:val="center"/>
            <w:hideMark/>
          </w:tcPr>
          <w:p w14:paraId="3471411E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  <w:t>Rapporto di parentela</w:t>
            </w:r>
          </w:p>
        </w:tc>
        <w:tc>
          <w:tcPr>
            <w:tcW w:w="0" w:type="auto"/>
            <w:vAlign w:val="center"/>
            <w:hideMark/>
          </w:tcPr>
          <w:p w14:paraId="77DBDB36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val="it-IT" w:eastAsia="it-IT"/>
              </w:rPr>
              <w:t>Condizione occupazionale</w:t>
            </w:r>
          </w:p>
        </w:tc>
      </w:tr>
      <w:tr w:rsidR="00770DB8" w:rsidRPr="00770DB8" w14:paraId="67A38A21" w14:textId="77777777" w:rsidTr="00D00C4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9999F9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14:paraId="5CB4C883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1E7D2860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4282BC19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2C76E107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</w:tr>
      <w:tr w:rsidR="00770DB8" w:rsidRPr="00770DB8" w14:paraId="3326A8C4" w14:textId="77777777" w:rsidTr="00D00C4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F703DC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14:paraId="2A5BC9AB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1E54682F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272D9C5B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1BD41B43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</w:tr>
      <w:tr w:rsidR="00770DB8" w:rsidRPr="00770DB8" w14:paraId="0D6A32AD" w14:textId="77777777" w:rsidTr="00D00C4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252F5B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14:paraId="4696B330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1E651F77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2874E8B5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28101E61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</w:tr>
      <w:tr w:rsidR="00770DB8" w:rsidRPr="00770DB8" w14:paraId="6B0546C6" w14:textId="77777777" w:rsidTr="00D00C4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26DC9B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14:paraId="73EA0444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73B29C5C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262578C6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06970772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</w:tr>
      <w:tr w:rsidR="00770DB8" w:rsidRPr="00770DB8" w14:paraId="78F3C9A1" w14:textId="77777777" w:rsidTr="00D00C4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791A22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  <w:r w:rsidRPr="00770DB8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14:paraId="74EC5C18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2A960B71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5941B84E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49486266" w14:textId="77777777" w:rsidR="00D00C40" w:rsidRPr="00770DB8" w:rsidRDefault="00D00C40" w:rsidP="00770DB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 w:eastAsia="it-IT"/>
              </w:rPr>
            </w:pPr>
          </w:p>
        </w:tc>
      </w:tr>
    </w:tbl>
    <w:p w14:paraId="7BD428C4" w14:textId="7777777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br/>
      </w:r>
      <w:r w:rsidRPr="00770DB8">
        <w:rPr>
          <w:rFonts w:ascii="Segoe UI Symbol" w:hAnsi="Segoe UI Symbol" w:cs="Segoe UI Symbol"/>
          <w:color w:val="000000" w:themeColor="text1"/>
          <w:lang w:val="it-IT"/>
        </w:rPr>
        <w:t>☐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 Nucleo monogenitoriale</w:t>
      </w:r>
    </w:p>
    <w:p w14:paraId="3B8B18E1" w14:textId="6C110B18" w:rsidR="00120F6C" w:rsidRP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Segoe UI Symbol" w:hAnsi="Segoe UI Symbol" w:cs="Segoe UI Symbol"/>
          <w:color w:val="000000" w:themeColor="text1"/>
          <w:lang w:val="it-IT"/>
        </w:rPr>
        <w:t>☐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 Presenza di componenti con disabilità (specificare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 xml:space="preserve"> e allegare documentazione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>): ___________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</w:t>
      </w:r>
    </w:p>
    <w:p w14:paraId="62463F16" w14:textId="77777777" w:rsidR="00120F6C" w:rsidRPr="00770DB8" w:rsidRDefault="00000000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lastRenderedPageBreak/>
        <w:t>5. MOTIVAZIONE DELLA DOMANDA</w:t>
      </w:r>
    </w:p>
    <w:p w14:paraId="3BEF168B" w14:textId="4138CD37" w:rsidR="00120F6C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Descrivere brevemente il bisogno educativo del minore e la motivazione alla partecipazione: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br/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__________________________________________________________________________________________</w:t>
      </w:r>
    </w:p>
    <w:p w14:paraId="51B8DEAD" w14:textId="77777777" w:rsidR="00770DB8" w:rsidRDefault="00770DB8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</w:p>
    <w:p w14:paraId="2B99154F" w14:textId="4809153E" w:rsidR="00770DB8" w:rsidRDefault="00770DB8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__________________________________________________________________________________________</w:t>
      </w:r>
    </w:p>
    <w:p w14:paraId="2ABB8B7A" w14:textId="77777777" w:rsidR="00770DB8" w:rsidRDefault="00770DB8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</w:p>
    <w:p w14:paraId="5C169292" w14:textId="6F93446B" w:rsidR="00770DB8" w:rsidRDefault="00770DB8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>
        <w:rPr>
          <w:rFonts w:ascii="Times New Roman" w:hAnsi="Times New Roman" w:cs="Times New Roman"/>
          <w:color w:val="000000" w:themeColor="text1"/>
          <w:lang w:val="it-IT"/>
        </w:rPr>
        <w:t>__________________________________________________________________________________________</w:t>
      </w:r>
    </w:p>
    <w:p w14:paraId="4F0F09F7" w14:textId="77777777" w:rsidR="00770DB8" w:rsidRPr="00770DB8" w:rsidRDefault="00770DB8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</w:p>
    <w:p w14:paraId="5E40AD62" w14:textId="77777777" w:rsidR="00120F6C" w:rsidRPr="00770DB8" w:rsidRDefault="00000000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6. DICHIARAZIONI DEL RICHIEDENTE</w:t>
      </w:r>
    </w:p>
    <w:p w14:paraId="74597B73" w14:textId="195B4020" w:rsidR="00770DB8" w:rsidRDefault="00000000" w:rsidP="00770DB8">
      <w:pPr>
        <w:spacing w:after="0"/>
        <w:ind w:firstLine="36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Il/La sottoscritto/a dichiara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, ai sensi e per gli effetti di cui all’</w:t>
      </w:r>
      <w:r w:rsidR="00770DB8" w:rsidRPr="00770DB8">
        <w:rPr>
          <w:rFonts w:ascii="Times New Roman" w:hAnsi="Times New Roman" w:cs="Times New Roman"/>
          <w:color w:val="000000" w:themeColor="text1"/>
          <w:lang w:val="it-IT"/>
        </w:rPr>
        <w:t xml:space="preserve">Art. 47 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 xml:space="preserve">del </w:t>
      </w:r>
      <w:r w:rsidR="00770DB8" w:rsidRPr="00770DB8">
        <w:rPr>
          <w:rFonts w:ascii="Times New Roman" w:hAnsi="Times New Roman" w:cs="Times New Roman"/>
          <w:color w:val="000000" w:themeColor="text1"/>
          <w:lang w:val="it-IT"/>
        </w:rPr>
        <w:t>D.P.R. 28 dicembre 2000, n. 445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 xml:space="preserve">, </w:t>
      </w:r>
      <w:r w:rsidR="00770DB8" w:rsidRPr="00770DB8">
        <w:rPr>
          <w:rFonts w:ascii="Times New Roman" w:hAnsi="Times New Roman" w:cs="Times New Roman"/>
          <w:color w:val="000000" w:themeColor="text1"/>
          <w:lang w:val="it-IT"/>
        </w:rPr>
        <w:t>consapevole delle sanzioni penali, nel caso di dichiarazioni non veritiere, di formazione o uso di atti falsi,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 xml:space="preserve"> </w:t>
      </w:r>
      <w:r w:rsidR="00770DB8" w:rsidRPr="00770DB8">
        <w:rPr>
          <w:rFonts w:ascii="Times New Roman" w:hAnsi="Times New Roman" w:cs="Times New Roman"/>
          <w:color w:val="000000" w:themeColor="text1"/>
          <w:lang w:val="it-IT"/>
        </w:rPr>
        <w:t>richiamate dall’art. 76 del D.P.R. 445 del 28 dicembre 2000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>:</w:t>
      </w:r>
    </w:p>
    <w:p w14:paraId="5BE92B3E" w14:textId="77777777" w:rsidR="00770DB8" w:rsidRDefault="00000000" w:rsidP="00770DB8">
      <w:pPr>
        <w:pStyle w:val="Paragrafoelenco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di essere genitore o tutore legale del minore;</w:t>
      </w:r>
    </w:p>
    <w:p w14:paraId="17588A0A" w14:textId="77777777" w:rsidR="00770DB8" w:rsidRDefault="00000000" w:rsidP="00770DB8">
      <w:pPr>
        <w:pStyle w:val="Paragrafoelenco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che i dati dichiarati sono veritieri;</w:t>
      </w:r>
    </w:p>
    <w:p w14:paraId="6FCCDDF2" w14:textId="77777777" w:rsidR="00770DB8" w:rsidRDefault="00000000" w:rsidP="00770DB8">
      <w:pPr>
        <w:pStyle w:val="Paragrafoelenco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che il minore non beneficia di altri contributi analoghi;</w:t>
      </w:r>
    </w:p>
    <w:p w14:paraId="1DB0FA18" w14:textId="77777777" w:rsidR="00770DB8" w:rsidRDefault="00000000" w:rsidP="00770DB8">
      <w:pPr>
        <w:pStyle w:val="Paragrafoelenco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di autorizzare il trattamento dei dati ai sensi del GDPR;</w:t>
      </w:r>
    </w:p>
    <w:p w14:paraId="5DDAF394" w14:textId="4B9F4A0A" w:rsidR="00770DB8" w:rsidRDefault="00770DB8" w:rsidP="00770DB8">
      <w:pPr>
        <w:pStyle w:val="Paragrafoelenco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>
        <w:rPr>
          <w:rFonts w:ascii="Times New Roman" w:hAnsi="Times New Roman" w:cs="Times New Roman"/>
          <w:color w:val="000000" w:themeColor="text1"/>
          <w:lang w:val="it-IT"/>
        </w:rPr>
        <w:t>di non percepire contributi per analoghi servizi e finalità;</w:t>
      </w:r>
    </w:p>
    <w:p w14:paraId="72486F1A" w14:textId="3B137A73" w:rsidR="00120F6C" w:rsidRDefault="00000000" w:rsidP="00770DB8">
      <w:pPr>
        <w:pStyle w:val="Paragrafoelenco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di impegnarsi a garantire la frequenza del minore alle attività</w:t>
      </w:r>
      <w:r w:rsidR="00770DB8">
        <w:rPr>
          <w:rFonts w:ascii="Times New Roman" w:hAnsi="Times New Roman" w:cs="Times New Roman"/>
          <w:color w:val="000000" w:themeColor="text1"/>
          <w:lang w:val="it-IT"/>
        </w:rPr>
        <w:t xml:space="preserve"> e a rispettare gli obblighi contenuti nell’Avviso dell’ATS di Caulonia.</w:t>
      </w:r>
    </w:p>
    <w:p w14:paraId="35C0A7BE" w14:textId="77777777" w:rsidR="00770DB8" w:rsidRPr="00770DB8" w:rsidRDefault="00770DB8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</w:p>
    <w:p w14:paraId="5FDB24DD" w14:textId="77777777" w:rsidR="00120F6C" w:rsidRPr="00770DB8" w:rsidRDefault="00000000" w:rsidP="00770DB8">
      <w:pPr>
        <w:pStyle w:val="Titolo3"/>
        <w:spacing w:before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t>7. DOCUMENTI ALLEGATI</w:t>
      </w:r>
    </w:p>
    <w:p w14:paraId="398EC430" w14:textId="7777777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Segoe UI Symbol" w:hAnsi="Segoe UI Symbol" w:cs="Segoe UI Symbol"/>
          <w:color w:val="000000" w:themeColor="text1"/>
          <w:lang w:val="it-IT"/>
        </w:rPr>
        <w:t>☐</w:t>
      </w:r>
      <w:r w:rsidR="00770DB8">
        <w:rPr>
          <w:rFonts w:ascii="Segoe UI Symbol" w:hAnsi="Segoe UI Symbol" w:cs="Segoe UI Symbol"/>
          <w:color w:val="000000" w:themeColor="text1"/>
          <w:lang w:val="it-IT"/>
        </w:rPr>
        <w:t xml:space="preserve"> 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>Copia documento d’identità del richiedente e del minore</w:t>
      </w:r>
    </w:p>
    <w:p w14:paraId="37ACE7CE" w14:textId="7777777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Segoe UI Symbol" w:hAnsi="Segoe UI Symbol" w:cs="Segoe UI Symbol"/>
          <w:color w:val="000000" w:themeColor="text1"/>
          <w:lang w:val="it-IT"/>
        </w:rPr>
        <w:t>☐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 Attestazione ISEE in corso di validità</w:t>
      </w:r>
    </w:p>
    <w:p w14:paraId="0917B9AC" w14:textId="77777777" w:rsid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  <w:r w:rsidRPr="00770DB8">
        <w:rPr>
          <w:rFonts w:ascii="Segoe UI Symbol" w:hAnsi="Segoe UI Symbol" w:cs="Segoe UI Symbol"/>
          <w:color w:val="000000" w:themeColor="text1"/>
          <w:lang w:val="it-IT"/>
        </w:rPr>
        <w:t>☐</w:t>
      </w:r>
      <w:r w:rsidRPr="00770DB8">
        <w:rPr>
          <w:rFonts w:ascii="Times New Roman" w:hAnsi="Times New Roman" w:cs="Times New Roman"/>
          <w:color w:val="000000" w:themeColor="text1"/>
          <w:lang w:val="it-IT"/>
        </w:rPr>
        <w:t xml:space="preserve"> Eventuale certificazione di disabilità</w:t>
      </w:r>
    </w:p>
    <w:p w14:paraId="22CF7BC7" w14:textId="77777777" w:rsidR="00770DB8" w:rsidRDefault="00770DB8" w:rsidP="00770DB8">
      <w:pPr>
        <w:spacing w:after="0"/>
        <w:jc w:val="both"/>
        <w:rPr>
          <w:rFonts w:ascii="Times New Roman" w:hAnsi="Times New Roman" w:cs="Times New Roman"/>
          <w:color w:val="000000" w:themeColor="text1"/>
          <w:lang w:val="it-IT"/>
        </w:rPr>
      </w:pPr>
    </w:p>
    <w:p w14:paraId="3B0641F2" w14:textId="5C577926" w:rsidR="00120F6C" w:rsidRPr="00770DB8" w:rsidRDefault="00000000" w:rsidP="00770DB8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770DB8">
        <w:rPr>
          <w:rFonts w:ascii="Times New Roman" w:hAnsi="Times New Roman" w:cs="Times New Roman"/>
          <w:color w:val="000000" w:themeColor="text1"/>
          <w:lang w:val="it-IT"/>
        </w:rPr>
        <w:br/>
      </w:r>
      <w:r w:rsidRPr="00770DB8">
        <w:rPr>
          <w:rFonts w:ascii="Times New Roman" w:hAnsi="Times New Roman" w:cs="Times New Roman"/>
          <w:color w:val="000000" w:themeColor="text1"/>
        </w:rPr>
        <w:t xml:space="preserve">Luogo e data ____________________           </w:t>
      </w:r>
      <w:r w:rsidR="00770DB8">
        <w:rPr>
          <w:rFonts w:ascii="Times New Roman" w:hAnsi="Times New Roman" w:cs="Times New Roman"/>
          <w:color w:val="000000" w:themeColor="text1"/>
        </w:rPr>
        <w:tab/>
      </w:r>
      <w:r w:rsidR="00770DB8">
        <w:rPr>
          <w:rFonts w:ascii="Times New Roman" w:hAnsi="Times New Roman" w:cs="Times New Roman"/>
          <w:color w:val="000000" w:themeColor="text1"/>
        </w:rPr>
        <w:tab/>
      </w:r>
      <w:r w:rsidR="00770DB8">
        <w:rPr>
          <w:rFonts w:ascii="Times New Roman" w:hAnsi="Times New Roman" w:cs="Times New Roman"/>
          <w:color w:val="000000" w:themeColor="text1"/>
        </w:rPr>
        <w:tab/>
      </w:r>
      <w:r w:rsidRPr="00770DB8">
        <w:rPr>
          <w:rFonts w:ascii="Times New Roman" w:hAnsi="Times New Roman" w:cs="Times New Roman"/>
          <w:color w:val="000000" w:themeColor="text1"/>
        </w:rPr>
        <w:t>Firma ________________________</w:t>
      </w:r>
    </w:p>
    <w:sectPr w:rsidR="00120F6C" w:rsidRPr="00770DB8" w:rsidSect="00770DB8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CEB3C9D"/>
    <w:multiLevelType w:val="hybridMultilevel"/>
    <w:tmpl w:val="0826156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60916194">
    <w:abstractNumId w:val="8"/>
  </w:num>
  <w:num w:numId="2" w16cid:durableId="1538733994">
    <w:abstractNumId w:val="6"/>
  </w:num>
  <w:num w:numId="3" w16cid:durableId="1882934384">
    <w:abstractNumId w:val="5"/>
  </w:num>
  <w:num w:numId="4" w16cid:durableId="18821673">
    <w:abstractNumId w:val="4"/>
  </w:num>
  <w:num w:numId="5" w16cid:durableId="1975601462">
    <w:abstractNumId w:val="7"/>
  </w:num>
  <w:num w:numId="6" w16cid:durableId="1766657289">
    <w:abstractNumId w:val="3"/>
  </w:num>
  <w:num w:numId="7" w16cid:durableId="1481457845">
    <w:abstractNumId w:val="2"/>
  </w:num>
  <w:num w:numId="8" w16cid:durableId="981157148">
    <w:abstractNumId w:val="1"/>
  </w:num>
  <w:num w:numId="9" w16cid:durableId="389810983">
    <w:abstractNumId w:val="0"/>
  </w:num>
  <w:num w:numId="10" w16cid:durableId="37231375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101E2"/>
    <w:rsid w:val="00034616"/>
    <w:rsid w:val="0006063C"/>
    <w:rsid w:val="00120F6C"/>
    <w:rsid w:val="0015074B"/>
    <w:rsid w:val="0029639D"/>
    <w:rsid w:val="00326F90"/>
    <w:rsid w:val="00770DB8"/>
    <w:rsid w:val="00AA1D8D"/>
    <w:rsid w:val="00AB320E"/>
    <w:rsid w:val="00B47730"/>
    <w:rsid w:val="00CB0664"/>
    <w:rsid w:val="00D00C40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E1EEABC"/>
  <w14:defaultImageDpi w14:val="300"/>
  <w15:docId w15:val="{D6197516-84F2-3145-87EC-928D74796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693F"/>
  </w:style>
  <w:style w:type="paragraph" w:styleId="Titolo1">
    <w:name w:val="heading 1"/>
    <w:basedOn w:val="Normale"/>
    <w:next w:val="Normale"/>
    <w:link w:val="Titolo1Carattere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8BF"/>
  </w:style>
  <w:style w:type="paragraph" w:styleId="Pidipagina">
    <w:name w:val="footer"/>
    <w:basedOn w:val="Normale"/>
    <w:link w:val="PidipaginaCarattere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8BF"/>
  </w:style>
  <w:style w:type="paragraph" w:styleId="Nessunaspaziatura">
    <w:name w:val="No Spacing"/>
    <w:uiPriority w:val="1"/>
    <w:qFormat/>
    <w:rsid w:val="00FC693F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">
    <w:name w:val="Title"/>
    <w:basedOn w:val="Normale"/>
    <w:next w:val="Normale"/>
    <w:link w:val="TitoloCarattere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FC693F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99"/>
    <w:unhideWhenUsed/>
    <w:rsid w:val="00AA1D8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AA1D8D"/>
  </w:style>
  <w:style w:type="paragraph" w:styleId="Corpodeltesto2">
    <w:name w:val="Body Text 2"/>
    <w:basedOn w:val="Normale"/>
    <w:link w:val="Corpodeltesto2Carattere"/>
    <w:uiPriority w:val="99"/>
    <w:unhideWhenUsed/>
    <w:rsid w:val="00AA1D8D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AA1D8D"/>
  </w:style>
  <w:style w:type="paragraph" w:styleId="Corpodeltesto3">
    <w:name w:val="Body Text 3"/>
    <w:basedOn w:val="Normale"/>
    <w:link w:val="Corpodeltesto3Carattere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AA1D8D"/>
    <w:rPr>
      <w:sz w:val="16"/>
      <w:szCs w:val="16"/>
    </w:rPr>
  </w:style>
  <w:style w:type="paragraph" w:styleId="Elenco">
    <w:name w:val="List"/>
    <w:basedOn w:val="Normale"/>
    <w:uiPriority w:val="99"/>
    <w:unhideWhenUsed/>
    <w:rsid w:val="00AA1D8D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326F90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326F90"/>
    <w:pPr>
      <w:ind w:left="1080" w:hanging="360"/>
      <w:contextualSpacing/>
    </w:pPr>
  </w:style>
  <w:style w:type="paragraph" w:styleId="Puntoelenco">
    <w:name w:val="List Bullet"/>
    <w:basedOn w:val="Normale"/>
    <w:uiPriority w:val="99"/>
    <w:unhideWhenUsed/>
    <w:rsid w:val="00326F90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326F90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326F90"/>
    <w:pPr>
      <w:numPr>
        <w:numId w:val="3"/>
      </w:numPr>
      <w:contextualSpacing/>
    </w:pPr>
  </w:style>
  <w:style w:type="paragraph" w:styleId="Numeroelenco">
    <w:name w:val="List Number"/>
    <w:basedOn w:val="Normale"/>
    <w:uiPriority w:val="99"/>
    <w:unhideWhenUsed/>
    <w:rsid w:val="00326F90"/>
    <w:pPr>
      <w:numPr>
        <w:numId w:val="5"/>
      </w:numPr>
      <w:contextualSpacing/>
    </w:pPr>
  </w:style>
  <w:style w:type="paragraph" w:styleId="Numeroelenco2">
    <w:name w:val="List Number 2"/>
    <w:basedOn w:val="Normale"/>
    <w:uiPriority w:val="99"/>
    <w:unhideWhenUsed/>
    <w:rsid w:val="0029639D"/>
    <w:pPr>
      <w:numPr>
        <w:numId w:val="6"/>
      </w:numPr>
      <w:contextualSpacing/>
    </w:pPr>
  </w:style>
  <w:style w:type="paragraph" w:styleId="Numeroelenco3">
    <w:name w:val="List Number 3"/>
    <w:basedOn w:val="Normale"/>
    <w:uiPriority w:val="99"/>
    <w:unhideWhenUsed/>
    <w:rsid w:val="0029639D"/>
    <w:pPr>
      <w:numPr>
        <w:numId w:val="7"/>
      </w:numPr>
      <w:contextualSpacing/>
    </w:pPr>
  </w:style>
  <w:style w:type="paragraph" w:styleId="Elencocontinua">
    <w:name w:val="List Continue"/>
    <w:basedOn w:val="Normale"/>
    <w:uiPriority w:val="99"/>
    <w:unhideWhenUsed/>
    <w:rsid w:val="0029639D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29639D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29639D"/>
    <w:pPr>
      <w:spacing w:after="120"/>
      <w:ind w:left="1080"/>
      <w:contextualSpacing/>
    </w:pPr>
  </w:style>
  <w:style w:type="paragraph" w:styleId="Testomacro">
    <w:name w:val="macro"/>
    <w:link w:val="TestomacroCarattere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29639D"/>
    <w:rPr>
      <w:rFonts w:ascii="Courier" w:hAnsi="Courier"/>
      <w:sz w:val="20"/>
      <w:szCs w:val="20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C693F"/>
    <w:rPr>
      <w:i/>
      <w:iCs/>
      <w:color w:val="000000" w:themeColor="text1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C693F"/>
    <w:rPr>
      <w:i/>
      <w:iCs/>
      <w:color w:val="000000" w:themeColor="text1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FC693F"/>
    <w:rPr>
      <w:b/>
      <w:bCs/>
    </w:rPr>
  </w:style>
  <w:style w:type="character" w:styleId="Enfasicorsivo">
    <w:name w:val="Emphasis"/>
    <w:basedOn w:val="Carpredefinitoparagrafo"/>
    <w:uiPriority w:val="20"/>
    <w:qFormat/>
    <w:rsid w:val="00FC693F"/>
    <w:rPr>
      <w:i/>
      <w:iCs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C693F"/>
    <w:rPr>
      <w:b/>
      <w:bCs/>
      <w:i/>
      <w:iCs/>
      <w:color w:val="4F81BD" w:themeColor="accent1"/>
    </w:rPr>
  </w:style>
  <w:style w:type="character" w:styleId="Enfasidelicata">
    <w:name w:val="Subtle Emphasis"/>
    <w:basedOn w:val="Carpredefinitoparagrafo"/>
    <w:uiPriority w:val="19"/>
    <w:qFormat/>
    <w:rsid w:val="00FC693F"/>
    <w:rPr>
      <w:i/>
      <w:iCs/>
      <w:color w:val="808080" w:themeColor="text1" w:themeTint="7F"/>
    </w:rPr>
  </w:style>
  <w:style w:type="character" w:styleId="Enfasiintensa">
    <w:name w:val="Intense Emphasis"/>
    <w:basedOn w:val="Carpredefinitoparagrafo"/>
    <w:uiPriority w:val="21"/>
    <w:qFormat/>
    <w:rsid w:val="00FC693F"/>
    <w:rPr>
      <w:b/>
      <w:bCs/>
      <w:i/>
      <w:iCs/>
      <w:color w:val="4F81BD" w:themeColor="accent1"/>
    </w:rPr>
  </w:style>
  <w:style w:type="character" w:styleId="Riferimentodelicato">
    <w:name w:val="Subtle Reference"/>
    <w:basedOn w:val="Carpredefinitoparagrafo"/>
    <w:uiPriority w:val="31"/>
    <w:qFormat/>
    <w:rsid w:val="00FC693F"/>
    <w:rPr>
      <w:smallCaps/>
      <w:color w:val="C0504D" w:themeColor="accent2"/>
      <w:u w:val="single"/>
    </w:rPr>
  </w:style>
  <w:style w:type="character" w:styleId="Riferimentointenso">
    <w:name w:val="Intense Reference"/>
    <w:basedOn w:val="Carpredefinitoparagraf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olodellibro">
    <w:name w:val="Book Title"/>
    <w:basedOn w:val="Carpredefinitoparagrafo"/>
    <w:uiPriority w:val="33"/>
    <w:qFormat/>
    <w:rsid w:val="00FC693F"/>
    <w:rPr>
      <w:b/>
      <w:bCs/>
      <w:smallCaps/>
      <w:spacing w:val="5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FC693F"/>
    <w:pPr>
      <w:outlineLvl w:val="9"/>
    </w:pPr>
  </w:style>
  <w:style w:type="table" w:styleId="Grigliatabella">
    <w:name w:val="Table Grid"/>
    <w:basedOn w:val="Tabellanorma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chiaro">
    <w:name w:val="Light Shading"/>
    <w:basedOn w:val="Tabellanorma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fondochiaro-Colore2">
    <w:name w:val="Light Shading Accent 2"/>
    <w:basedOn w:val="Tabellanorma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fondochiaro-Colore3">
    <w:name w:val="Light Shading Accent 3"/>
    <w:basedOn w:val="Tabellanorma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fondochiaro-Colore4">
    <w:name w:val="Light Shading Accent 4"/>
    <w:basedOn w:val="Tabellanorma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fondochiaro-Colore5">
    <w:name w:val="Light Shading Accent 5"/>
    <w:basedOn w:val="Tabellanorma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fondochiaro-Colore6">
    <w:name w:val="Light Shading Accent 6"/>
    <w:basedOn w:val="Tabellanorma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Elencochiaro">
    <w:name w:val="Light List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Elencochiaro-Colore2">
    <w:name w:val="Light List Accent 2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Elencochiaro-Colore3">
    <w:name w:val="Light List Accent 3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Elencochiaro-Colore4">
    <w:name w:val="Light List Accent 4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Elencochiaro-Colore5">
    <w:name w:val="Light List Accent 5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Elencochiaro-Colore6">
    <w:name w:val="Light List Accent 6"/>
    <w:basedOn w:val="Tabellanorma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gliachiara">
    <w:name w:val="Light Grid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">
    <w:name w:val="Medium Shading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Elencomedio1">
    <w:name w:val="Medium Lis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Elencomedio1-Colore2">
    <w:name w:val="Medium List 1 Accent 2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Elencomedio1-Colore3">
    <w:name w:val="Medium List 1 Accent 3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Elencomedio1-Colore4">
    <w:name w:val="Medium List 1 Accent 4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Elencomedio1-Colore5">
    <w:name w:val="Medium List 1 Accent 5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Elencomedio1-Colore6">
    <w:name w:val="Medium List 1 Accent 6"/>
    <w:basedOn w:val="Tabellanorma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Elencomedio2">
    <w:name w:val="Medium Lis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gliamedia1">
    <w:name w:val="Medium Grid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gliamedia2">
    <w:name w:val="Medium Grid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Elencoscuro">
    <w:name w:val="Dark List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Elencoscuro-Colore2">
    <w:name w:val="Dark List Accent 2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Elencoscuro-Colore3">
    <w:name w:val="Dark List Accent 3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Elencoscuro-Colore4">
    <w:name w:val="Dark List Accent 4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Elencoscuro-Colore5">
    <w:name w:val="Dark List Accent 5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Elencoscuro-Colore6">
    <w:name w:val="Dark List Accent 6"/>
    <w:basedOn w:val="Tabellanorma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fondoacolori">
    <w:name w:val="Colorful Shading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acolori">
    <w:name w:val="Colorful List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gliaacolori">
    <w:name w:val="Colorful Grid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568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473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3169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Domenico Vestito</cp:lastModifiedBy>
  <cp:revision>4</cp:revision>
  <dcterms:created xsi:type="dcterms:W3CDTF">2013-12-23T23:15:00Z</dcterms:created>
  <dcterms:modified xsi:type="dcterms:W3CDTF">2025-10-17T07:22:00Z</dcterms:modified>
  <cp:category/>
</cp:coreProperties>
</file>